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Layout w:type="fixed"/>
        <w:tblLook w:val="04A0" w:firstRow="1" w:lastRow="0" w:firstColumn="1" w:lastColumn="0" w:noHBand="0" w:noVBand="1"/>
      </w:tblPr>
      <w:tblGrid>
        <w:gridCol w:w="1944"/>
        <w:gridCol w:w="7992"/>
      </w:tblGrid>
      <w:tr w:rsidR="0087278B" w14:paraId="52A552D6" w14:textId="77777777">
        <w:trPr>
          <w:cantSplit/>
          <w:jc w:val="center"/>
        </w:trPr>
        <w:tc>
          <w:tcPr>
            <w:tcW w:w="1944" w:type="dxa"/>
            <w:tcBorders>
              <w:bottom w:val="single" w:sz="16" w:space="0" w:color="C7A34B"/>
            </w:tcBorders>
            <w:tcMar>
              <w:top w:w="20" w:type="dxa"/>
              <w:left w:w="40" w:type="dxa"/>
              <w:bottom w:w="60" w:type="dxa"/>
              <w:right w:w="40" w:type="dxa"/>
            </w:tcMar>
            <w:vAlign w:val="center"/>
          </w:tcPr>
          <w:p w14:paraId="3F666FA7" w14:textId="77777777" w:rsidR="0087278B" w:rsidRDefault="00000000">
            <w:pPr>
              <w:jc w:val="center"/>
            </w:pPr>
            <w:r>
              <w:rPr>
                <w:noProof/>
              </w:rPr>
              <w:drawing>
                <wp:inline distT="0" distB="0" distL="0" distR="0" wp14:anchorId="6662EB3C" wp14:editId="7BE758CD">
                  <wp:extent cx="1024128" cy="8113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ls_north_logo_cropped.png"/>
                          <pic:cNvPicPr/>
                        </pic:nvPicPr>
                        <pic:blipFill>
                          <a:blip r:embed="rId8"/>
                          <a:stretch>
                            <a:fillRect/>
                          </a:stretch>
                        </pic:blipFill>
                        <pic:spPr>
                          <a:xfrm>
                            <a:off x="0" y="0"/>
                            <a:ext cx="1024128" cy="811322"/>
                          </a:xfrm>
                          <a:prstGeom prst="rect">
                            <a:avLst/>
                          </a:prstGeom>
                        </pic:spPr>
                      </pic:pic>
                    </a:graphicData>
                  </a:graphic>
                </wp:inline>
              </w:drawing>
            </w:r>
          </w:p>
        </w:tc>
        <w:tc>
          <w:tcPr>
            <w:tcW w:w="7992" w:type="dxa"/>
            <w:tcBorders>
              <w:bottom w:val="single" w:sz="16" w:space="0" w:color="C7A34B"/>
            </w:tcBorders>
            <w:tcMar>
              <w:top w:w="20" w:type="dxa"/>
              <w:left w:w="40" w:type="dxa"/>
              <w:bottom w:w="60" w:type="dxa"/>
              <w:right w:w="40" w:type="dxa"/>
            </w:tcMar>
            <w:vAlign w:val="center"/>
          </w:tcPr>
          <w:p w14:paraId="57D63B86" w14:textId="77777777" w:rsidR="0087278B" w:rsidRDefault="00000000">
            <w:pPr>
              <w:jc w:val="center"/>
            </w:pPr>
            <w:r>
              <w:rPr>
                <w:b/>
                <w:color w:val="78141E"/>
                <w:sz w:val="28"/>
              </w:rPr>
              <w:t>LONDON COLLEGE OF LEGAL STUDIES (NORTH)</w:t>
            </w:r>
          </w:p>
          <w:p w14:paraId="50B6660F" w14:textId="5CDB289B" w:rsidR="0087278B" w:rsidRPr="00E9067B" w:rsidRDefault="00000000">
            <w:pPr>
              <w:jc w:val="center"/>
              <w:rPr>
                <w:sz w:val="28"/>
                <w:szCs w:val="28"/>
              </w:rPr>
            </w:pPr>
            <w:r w:rsidRPr="00E9067B">
              <w:rPr>
                <w:b/>
                <w:color w:val="232323"/>
                <w:sz w:val="28"/>
                <w:szCs w:val="28"/>
              </w:rPr>
              <w:t>STUDENT COMPLAINTS FORM</w:t>
            </w:r>
          </w:p>
          <w:p w14:paraId="00763A40" w14:textId="5EB1A36A" w:rsidR="0087278B" w:rsidRDefault="0087278B">
            <w:pPr>
              <w:jc w:val="center"/>
            </w:pPr>
          </w:p>
        </w:tc>
      </w:tr>
    </w:tbl>
    <w:p w14:paraId="2B67AE51" w14:textId="3D171FDE" w:rsidR="0087278B" w:rsidRDefault="00000000" w:rsidP="00E9067B">
      <w:pPr>
        <w:spacing w:before="60" w:after="100"/>
        <w:ind w:left="426" w:right="308"/>
      </w:pPr>
      <w:r>
        <w:rPr>
          <w:color w:val="232323"/>
          <w:sz w:val="17"/>
        </w:rPr>
        <w:t>Please provide clear and factual information. Attach relevant evidence where available. Complaints will be handled promptly, impartially and, so far as reasonably possible, confidentially</w:t>
      </w:r>
      <w:r w:rsidR="00E9067B">
        <w:rPr>
          <w:color w:val="232323"/>
          <w:sz w:val="17"/>
        </w:rPr>
        <w:t>.</w:t>
      </w:r>
    </w:p>
    <w:tbl>
      <w:tblPr>
        <w:tblW w:w="0" w:type="auto"/>
        <w:jc w:val="center"/>
        <w:tblLayout w:type="fixed"/>
        <w:tblLook w:val="04A0" w:firstRow="1" w:lastRow="0" w:firstColumn="1" w:lastColumn="0" w:noHBand="0" w:noVBand="1"/>
      </w:tblPr>
      <w:tblGrid>
        <w:gridCol w:w="605"/>
        <w:gridCol w:w="9331"/>
      </w:tblGrid>
      <w:tr w:rsidR="0087278B" w14:paraId="030A151E" w14:textId="77777777">
        <w:trPr>
          <w:cantSplit/>
          <w:jc w:val="center"/>
        </w:trPr>
        <w:tc>
          <w:tcPr>
            <w:tcW w:w="605"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43971ECF" w14:textId="77777777" w:rsidR="0087278B" w:rsidRDefault="00000000">
            <w:pPr>
              <w:jc w:val="center"/>
            </w:pPr>
            <w:r>
              <w:rPr>
                <w:b/>
                <w:color w:val="FFFFFF"/>
                <w:sz w:val="20"/>
              </w:rPr>
              <w:t>1</w:t>
            </w:r>
          </w:p>
        </w:tc>
        <w:tc>
          <w:tcPr>
            <w:tcW w:w="9331"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1785CCAF" w14:textId="77777777" w:rsidR="0087278B" w:rsidRDefault="00000000">
            <w:r>
              <w:rPr>
                <w:b/>
                <w:color w:val="FFFFFF"/>
                <w:sz w:val="20"/>
              </w:rPr>
              <w:t>COMPLAINT TYPE</w:t>
            </w:r>
          </w:p>
        </w:tc>
      </w:tr>
    </w:tbl>
    <w:p w14:paraId="34D8D493" w14:textId="77777777" w:rsidR="0087278B" w:rsidRDefault="0087278B">
      <w:pPr>
        <w:spacing w:after="20"/>
      </w:pPr>
    </w:p>
    <w:tbl>
      <w:tblPr>
        <w:tblW w:w="0" w:type="auto"/>
        <w:jc w:val="center"/>
        <w:tblLayout w:type="fixed"/>
        <w:tblLook w:val="04A0" w:firstRow="1" w:lastRow="0" w:firstColumn="1" w:lastColumn="0" w:noHBand="0" w:noVBand="1"/>
      </w:tblPr>
      <w:tblGrid>
        <w:gridCol w:w="4968"/>
        <w:gridCol w:w="4968"/>
      </w:tblGrid>
      <w:tr w:rsidR="0087278B" w14:paraId="33E3D804" w14:textId="77777777">
        <w:trPr>
          <w:cantSplit/>
          <w:jc w:val="center"/>
        </w:trPr>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7D5FD97A" w14:textId="77777777" w:rsidR="0087278B" w:rsidRDefault="00000000">
            <w:r>
              <w:rPr>
                <w:color w:val="232323"/>
                <w:sz w:val="17"/>
              </w:rPr>
              <w:t>☐  Early resolution concern</w:t>
            </w:r>
          </w:p>
        </w:tc>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61271880" w14:textId="77777777" w:rsidR="0087278B" w:rsidRDefault="00000000">
            <w:r>
              <w:rPr>
                <w:color w:val="232323"/>
                <w:sz w:val="17"/>
              </w:rPr>
              <w:t>☐  Formal complaint</w:t>
            </w:r>
          </w:p>
        </w:tc>
      </w:tr>
      <w:tr w:rsidR="0087278B" w14:paraId="75CBF55F" w14:textId="77777777">
        <w:trPr>
          <w:cantSplit/>
          <w:jc w:val="center"/>
        </w:trPr>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46E2F269" w14:textId="77777777" w:rsidR="0087278B" w:rsidRDefault="00000000">
            <w:r>
              <w:rPr>
                <w:color w:val="232323"/>
                <w:sz w:val="17"/>
              </w:rPr>
              <w:t>☐  Internal review request</w:t>
            </w:r>
          </w:p>
        </w:tc>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0B7A81A3" w14:textId="77777777" w:rsidR="0087278B" w:rsidRDefault="00000000">
            <w:r>
              <w:rPr>
                <w:color w:val="232323"/>
                <w:sz w:val="17"/>
              </w:rPr>
              <w:t>☐  Anonymous submission</w:t>
            </w:r>
          </w:p>
        </w:tc>
      </w:tr>
    </w:tbl>
    <w:p w14:paraId="2C912F54" w14:textId="77777777" w:rsidR="0087278B" w:rsidRDefault="0087278B">
      <w:pPr>
        <w:spacing w:after="20"/>
      </w:pPr>
    </w:p>
    <w:tbl>
      <w:tblPr>
        <w:tblW w:w="0" w:type="auto"/>
        <w:jc w:val="center"/>
        <w:tblLayout w:type="fixed"/>
        <w:tblLook w:val="04A0" w:firstRow="1" w:lastRow="0" w:firstColumn="1" w:lastColumn="0" w:noHBand="0" w:noVBand="1"/>
      </w:tblPr>
      <w:tblGrid>
        <w:gridCol w:w="605"/>
        <w:gridCol w:w="9331"/>
      </w:tblGrid>
      <w:tr w:rsidR="0087278B" w14:paraId="1419AB23" w14:textId="77777777">
        <w:trPr>
          <w:cantSplit/>
          <w:jc w:val="center"/>
        </w:trPr>
        <w:tc>
          <w:tcPr>
            <w:tcW w:w="605"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58D1800E" w14:textId="77777777" w:rsidR="0087278B" w:rsidRDefault="00000000">
            <w:pPr>
              <w:jc w:val="center"/>
            </w:pPr>
            <w:r>
              <w:rPr>
                <w:b/>
                <w:color w:val="FFFFFF"/>
                <w:sz w:val="20"/>
              </w:rPr>
              <w:t>2</w:t>
            </w:r>
          </w:p>
        </w:tc>
        <w:tc>
          <w:tcPr>
            <w:tcW w:w="9331"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782A916B" w14:textId="77777777" w:rsidR="0087278B" w:rsidRDefault="00000000">
            <w:r>
              <w:rPr>
                <w:b/>
                <w:color w:val="FFFFFF"/>
                <w:sz w:val="20"/>
              </w:rPr>
              <w:t>STUDENT DETAILS</w:t>
            </w:r>
          </w:p>
        </w:tc>
      </w:tr>
    </w:tbl>
    <w:p w14:paraId="37C71B88" w14:textId="77777777" w:rsidR="0087278B" w:rsidRDefault="0087278B">
      <w:pPr>
        <w:spacing w:after="20"/>
      </w:pPr>
    </w:p>
    <w:tbl>
      <w:tblPr>
        <w:tblW w:w="0" w:type="auto"/>
        <w:jc w:val="center"/>
        <w:tblLayout w:type="fixed"/>
        <w:tblLook w:val="04A0" w:firstRow="1" w:lastRow="0" w:firstColumn="1" w:lastColumn="0" w:noHBand="0" w:noVBand="1"/>
      </w:tblPr>
      <w:tblGrid>
        <w:gridCol w:w="1872"/>
        <w:gridCol w:w="3096"/>
        <w:gridCol w:w="1872"/>
        <w:gridCol w:w="3096"/>
      </w:tblGrid>
      <w:tr w:rsidR="0087278B" w14:paraId="46FB5659" w14:textId="77777777">
        <w:trPr>
          <w:cantSplit/>
          <w:trHeight w:val="390"/>
          <w:jc w:val="center"/>
        </w:trPr>
        <w:tc>
          <w:tcPr>
            <w:tcW w:w="1872"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6C7804A0" w14:textId="77777777" w:rsidR="0087278B" w:rsidRDefault="00000000">
            <w:r>
              <w:rPr>
                <w:b/>
                <w:color w:val="232323"/>
                <w:sz w:val="17"/>
              </w:rPr>
              <w:t>Full name</w:t>
            </w:r>
          </w:p>
        </w:tc>
        <w:tc>
          <w:tcPr>
            <w:tcW w:w="3096"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53564E42" w14:textId="77777777" w:rsidR="0087278B" w:rsidRDefault="00000000">
            <w:r>
              <w:rPr>
                <w:color w:val="5F5F5F"/>
                <w:sz w:val="17"/>
              </w:rPr>
              <w:t>Enter full name</w:t>
            </w:r>
          </w:p>
        </w:tc>
        <w:tc>
          <w:tcPr>
            <w:tcW w:w="1872"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3105159D" w14:textId="77777777" w:rsidR="0087278B" w:rsidRDefault="00000000">
            <w:r>
              <w:rPr>
                <w:b/>
                <w:color w:val="232323"/>
                <w:sz w:val="17"/>
              </w:rPr>
              <w:t>Student ID</w:t>
            </w:r>
          </w:p>
        </w:tc>
        <w:tc>
          <w:tcPr>
            <w:tcW w:w="3096"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2B1B077F" w14:textId="77777777" w:rsidR="0087278B" w:rsidRDefault="00000000">
            <w:r>
              <w:rPr>
                <w:color w:val="5F5F5F"/>
                <w:sz w:val="17"/>
              </w:rPr>
              <w:t>Enter student ID</w:t>
            </w:r>
          </w:p>
        </w:tc>
      </w:tr>
      <w:tr w:rsidR="0087278B" w14:paraId="5B7082B4" w14:textId="77777777">
        <w:trPr>
          <w:cantSplit/>
          <w:trHeight w:val="390"/>
          <w:jc w:val="center"/>
        </w:trPr>
        <w:tc>
          <w:tcPr>
            <w:tcW w:w="1872"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332C6B8D" w14:textId="77777777" w:rsidR="0087278B" w:rsidRDefault="00000000">
            <w:r>
              <w:rPr>
                <w:b/>
                <w:color w:val="232323"/>
                <w:sz w:val="17"/>
              </w:rPr>
              <w:t>Programme / course</w:t>
            </w:r>
          </w:p>
        </w:tc>
        <w:tc>
          <w:tcPr>
            <w:tcW w:w="3096"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4A26C42F" w14:textId="77777777" w:rsidR="0087278B" w:rsidRDefault="00000000">
            <w:r>
              <w:rPr>
                <w:color w:val="5F5F5F"/>
                <w:sz w:val="17"/>
              </w:rPr>
              <w:t>Enter programme or course</w:t>
            </w:r>
          </w:p>
        </w:tc>
        <w:tc>
          <w:tcPr>
            <w:tcW w:w="1872"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4C410F3F" w14:textId="77777777" w:rsidR="0087278B" w:rsidRDefault="00000000">
            <w:r>
              <w:rPr>
                <w:b/>
                <w:color w:val="232323"/>
                <w:sz w:val="17"/>
              </w:rPr>
              <w:t>Year / level</w:t>
            </w:r>
          </w:p>
        </w:tc>
        <w:tc>
          <w:tcPr>
            <w:tcW w:w="3096"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76F2CB5C" w14:textId="77777777" w:rsidR="0087278B" w:rsidRDefault="00000000">
            <w:r>
              <w:rPr>
                <w:color w:val="5F5F5F"/>
                <w:sz w:val="17"/>
              </w:rPr>
              <w:t>Enter year or level</w:t>
            </w:r>
          </w:p>
        </w:tc>
      </w:tr>
      <w:tr w:rsidR="0087278B" w14:paraId="4E114B85" w14:textId="77777777">
        <w:trPr>
          <w:cantSplit/>
          <w:trHeight w:val="390"/>
          <w:jc w:val="center"/>
        </w:trPr>
        <w:tc>
          <w:tcPr>
            <w:tcW w:w="1872"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06531E04" w14:textId="77777777" w:rsidR="0087278B" w:rsidRDefault="00000000">
            <w:r>
              <w:rPr>
                <w:b/>
                <w:color w:val="232323"/>
                <w:sz w:val="17"/>
              </w:rPr>
              <w:t>Email</w:t>
            </w:r>
          </w:p>
        </w:tc>
        <w:tc>
          <w:tcPr>
            <w:tcW w:w="3096"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3DB34523" w14:textId="77777777" w:rsidR="0087278B" w:rsidRDefault="00000000">
            <w:r>
              <w:rPr>
                <w:color w:val="5F5F5F"/>
                <w:sz w:val="17"/>
              </w:rPr>
              <w:t>Enter email address</w:t>
            </w:r>
          </w:p>
        </w:tc>
        <w:tc>
          <w:tcPr>
            <w:tcW w:w="1872"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217026B5" w14:textId="77777777" w:rsidR="0087278B" w:rsidRDefault="00000000">
            <w:r>
              <w:rPr>
                <w:b/>
                <w:color w:val="232323"/>
                <w:sz w:val="17"/>
              </w:rPr>
              <w:t>Mobile</w:t>
            </w:r>
          </w:p>
        </w:tc>
        <w:tc>
          <w:tcPr>
            <w:tcW w:w="3096"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6689C32C" w14:textId="77777777" w:rsidR="0087278B" w:rsidRDefault="00000000">
            <w:r>
              <w:rPr>
                <w:color w:val="5F5F5F"/>
                <w:sz w:val="17"/>
              </w:rPr>
              <w:t>Enter contact number</w:t>
            </w:r>
          </w:p>
        </w:tc>
      </w:tr>
      <w:tr w:rsidR="0087278B" w14:paraId="15A2BCFB" w14:textId="77777777">
        <w:trPr>
          <w:cantSplit/>
          <w:trHeight w:val="390"/>
          <w:jc w:val="center"/>
        </w:trPr>
        <w:tc>
          <w:tcPr>
            <w:tcW w:w="1872"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088B13AC" w14:textId="77777777" w:rsidR="0087278B" w:rsidRDefault="00000000">
            <w:r>
              <w:rPr>
                <w:b/>
                <w:color w:val="232323"/>
                <w:sz w:val="17"/>
              </w:rPr>
              <w:t>Preferred contact</w:t>
            </w:r>
          </w:p>
        </w:tc>
        <w:tc>
          <w:tcPr>
            <w:tcW w:w="3096"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5A7E659B" w14:textId="77777777" w:rsidR="0087278B" w:rsidRDefault="00000000">
            <w:r>
              <w:rPr>
                <w:color w:val="5F5F5F"/>
                <w:sz w:val="17"/>
              </w:rPr>
              <w:t>☐ Email   ☐ Phone</w:t>
            </w:r>
          </w:p>
        </w:tc>
        <w:tc>
          <w:tcPr>
            <w:tcW w:w="1872"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3E0CC705" w14:textId="77777777" w:rsidR="0087278B" w:rsidRDefault="00000000">
            <w:r>
              <w:rPr>
                <w:b/>
                <w:color w:val="232323"/>
                <w:sz w:val="17"/>
              </w:rPr>
              <w:t>Support person</w:t>
            </w:r>
          </w:p>
        </w:tc>
        <w:tc>
          <w:tcPr>
            <w:tcW w:w="3096"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0B3BF13F" w14:textId="77777777" w:rsidR="0087278B" w:rsidRDefault="00000000">
            <w:r>
              <w:rPr>
                <w:color w:val="5F5F5F"/>
                <w:sz w:val="17"/>
              </w:rPr>
              <w:t>Optional: name / relationship</w:t>
            </w:r>
          </w:p>
        </w:tc>
      </w:tr>
    </w:tbl>
    <w:p w14:paraId="1F389A6A" w14:textId="77777777" w:rsidR="0087278B" w:rsidRDefault="0087278B">
      <w:pPr>
        <w:spacing w:after="20"/>
      </w:pPr>
    </w:p>
    <w:tbl>
      <w:tblPr>
        <w:tblW w:w="0" w:type="auto"/>
        <w:jc w:val="center"/>
        <w:tblLayout w:type="fixed"/>
        <w:tblLook w:val="04A0" w:firstRow="1" w:lastRow="0" w:firstColumn="1" w:lastColumn="0" w:noHBand="0" w:noVBand="1"/>
      </w:tblPr>
      <w:tblGrid>
        <w:gridCol w:w="605"/>
        <w:gridCol w:w="9331"/>
      </w:tblGrid>
      <w:tr w:rsidR="0087278B" w14:paraId="5505ECD1" w14:textId="77777777">
        <w:trPr>
          <w:cantSplit/>
          <w:jc w:val="center"/>
        </w:trPr>
        <w:tc>
          <w:tcPr>
            <w:tcW w:w="605"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598894F2" w14:textId="77777777" w:rsidR="0087278B" w:rsidRDefault="00000000">
            <w:pPr>
              <w:jc w:val="center"/>
            </w:pPr>
            <w:r>
              <w:rPr>
                <w:b/>
                <w:color w:val="FFFFFF"/>
                <w:sz w:val="20"/>
              </w:rPr>
              <w:t>3</w:t>
            </w:r>
          </w:p>
        </w:tc>
        <w:tc>
          <w:tcPr>
            <w:tcW w:w="9331"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67C6E9D8" w14:textId="77777777" w:rsidR="0087278B" w:rsidRDefault="00000000">
            <w:r>
              <w:rPr>
                <w:b/>
                <w:color w:val="FFFFFF"/>
                <w:sz w:val="20"/>
              </w:rPr>
              <w:t>COMPLAINT CATEGORY</w:t>
            </w:r>
          </w:p>
        </w:tc>
      </w:tr>
    </w:tbl>
    <w:p w14:paraId="5F5AF699" w14:textId="77777777" w:rsidR="0087278B" w:rsidRDefault="0087278B">
      <w:pPr>
        <w:spacing w:after="20"/>
      </w:pPr>
    </w:p>
    <w:tbl>
      <w:tblPr>
        <w:tblW w:w="0" w:type="auto"/>
        <w:jc w:val="center"/>
        <w:tblLayout w:type="fixed"/>
        <w:tblLook w:val="04A0" w:firstRow="1" w:lastRow="0" w:firstColumn="1" w:lastColumn="0" w:noHBand="0" w:noVBand="1"/>
      </w:tblPr>
      <w:tblGrid>
        <w:gridCol w:w="4968"/>
        <w:gridCol w:w="4968"/>
      </w:tblGrid>
      <w:tr w:rsidR="0087278B" w14:paraId="7B96EA93" w14:textId="77777777">
        <w:trPr>
          <w:cantSplit/>
          <w:jc w:val="center"/>
        </w:trPr>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3FB34245" w14:textId="77777777" w:rsidR="0087278B" w:rsidRDefault="00000000">
            <w:r>
              <w:rPr>
                <w:color w:val="232323"/>
                <w:sz w:val="17"/>
              </w:rPr>
              <w:t>☐  Teaching or academic support</w:t>
            </w:r>
          </w:p>
        </w:tc>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5B02201D" w14:textId="77777777" w:rsidR="0087278B" w:rsidRDefault="00000000">
            <w:r>
              <w:rPr>
                <w:color w:val="232323"/>
                <w:sz w:val="17"/>
              </w:rPr>
              <w:t>☐  Programme administration / registration / records</w:t>
            </w:r>
          </w:p>
        </w:tc>
      </w:tr>
      <w:tr w:rsidR="0087278B" w14:paraId="22E668D7" w14:textId="77777777">
        <w:trPr>
          <w:cantSplit/>
          <w:jc w:val="center"/>
        </w:trPr>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67B1F4C6" w14:textId="77777777" w:rsidR="0087278B" w:rsidRDefault="00000000">
            <w:r>
              <w:rPr>
                <w:color w:val="232323"/>
                <w:sz w:val="17"/>
              </w:rPr>
              <w:t>☐  Internal assessments or attendance</w:t>
            </w:r>
          </w:p>
        </w:tc>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31083502" w14:textId="77777777" w:rsidR="0087278B" w:rsidRDefault="00000000">
            <w:r>
              <w:rPr>
                <w:color w:val="232323"/>
                <w:sz w:val="17"/>
              </w:rPr>
              <w:t>☐  Fees or scholarships</w:t>
            </w:r>
          </w:p>
        </w:tc>
      </w:tr>
      <w:tr w:rsidR="0087278B" w14:paraId="662ADD07" w14:textId="77777777">
        <w:trPr>
          <w:cantSplit/>
          <w:jc w:val="center"/>
        </w:trPr>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7C50D525" w14:textId="77777777" w:rsidR="0087278B" w:rsidRDefault="00000000">
            <w:r>
              <w:rPr>
                <w:color w:val="232323"/>
                <w:sz w:val="17"/>
              </w:rPr>
              <w:t>☐  Staff conduct</w:t>
            </w:r>
          </w:p>
        </w:tc>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440DF2DD" w14:textId="77777777" w:rsidR="0087278B" w:rsidRDefault="00000000">
            <w:r>
              <w:rPr>
                <w:color w:val="232323"/>
                <w:sz w:val="17"/>
              </w:rPr>
              <w:t>☐  Student conduct</w:t>
            </w:r>
          </w:p>
        </w:tc>
      </w:tr>
      <w:tr w:rsidR="0087278B" w14:paraId="55C75870" w14:textId="77777777">
        <w:trPr>
          <w:cantSplit/>
          <w:jc w:val="center"/>
        </w:trPr>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156E4018" w14:textId="77777777" w:rsidR="0087278B" w:rsidRDefault="00000000">
            <w:r>
              <w:rPr>
                <w:color w:val="232323"/>
                <w:sz w:val="17"/>
              </w:rPr>
              <w:t>☐  Equality, discrimination, harassment or bullying</w:t>
            </w:r>
          </w:p>
        </w:tc>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419D976F" w14:textId="77777777" w:rsidR="0087278B" w:rsidRDefault="00000000">
            <w:r>
              <w:rPr>
                <w:color w:val="232323"/>
                <w:sz w:val="17"/>
              </w:rPr>
              <w:t>☐  IT, VLE, library or campus facilities</w:t>
            </w:r>
          </w:p>
        </w:tc>
      </w:tr>
      <w:tr w:rsidR="0087278B" w14:paraId="46DA12DE" w14:textId="77777777">
        <w:trPr>
          <w:cantSplit/>
          <w:jc w:val="center"/>
        </w:trPr>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5B9895BB" w14:textId="77777777" w:rsidR="0087278B" w:rsidRDefault="00000000">
            <w:r>
              <w:rPr>
                <w:color w:val="232323"/>
                <w:sz w:val="17"/>
              </w:rPr>
              <w:t>☐  Student support, wellbeing or disability services</w:t>
            </w:r>
          </w:p>
        </w:tc>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07B506FF" w14:textId="77777777" w:rsidR="0087278B" w:rsidRDefault="00000000">
            <w:r>
              <w:rPr>
                <w:color w:val="232323"/>
                <w:sz w:val="17"/>
              </w:rPr>
              <w:t>☐  Other: ________________________________</w:t>
            </w:r>
          </w:p>
        </w:tc>
      </w:tr>
    </w:tbl>
    <w:p w14:paraId="3712AB43" w14:textId="77777777" w:rsidR="0087278B" w:rsidRDefault="0087278B">
      <w:pPr>
        <w:spacing w:after="20"/>
      </w:pPr>
    </w:p>
    <w:tbl>
      <w:tblPr>
        <w:tblW w:w="0" w:type="auto"/>
        <w:jc w:val="center"/>
        <w:tblLayout w:type="fixed"/>
        <w:tblLook w:val="04A0" w:firstRow="1" w:lastRow="0" w:firstColumn="1" w:lastColumn="0" w:noHBand="0" w:noVBand="1"/>
      </w:tblPr>
      <w:tblGrid>
        <w:gridCol w:w="1800"/>
        <w:gridCol w:w="3168"/>
        <w:gridCol w:w="1800"/>
        <w:gridCol w:w="3168"/>
      </w:tblGrid>
      <w:tr w:rsidR="0087278B" w14:paraId="461E4823" w14:textId="77777777">
        <w:trPr>
          <w:cantSplit/>
          <w:trHeight w:val="390"/>
          <w:jc w:val="center"/>
        </w:trPr>
        <w:tc>
          <w:tcPr>
            <w:tcW w:w="1800"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6240F04C" w14:textId="77777777" w:rsidR="0087278B" w:rsidRDefault="00000000">
            <w:r>
              <w:rPr>
                <w:b/>
                <w:color w:val="232323"/>
                <w:sz w:val="17"/>
              </w:rPr>
              <w:t>Date(s) of incident</w:t>
            </w:r>
          </w:p>
        </w:tc>
        <w:tc>
          <w:tcPr>
            <w:tcW w:w="3168"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704F6DF8" w14:textId="77777777" w:rsidR="0087278B" w:rsidRDefault="00000000">
            <w:r>
              <w:rPr>
                <w:color w:val="5F5F5F"/>
                <w:sz w:val="17"/>
              </w:rPr>
              <w:t>DD / MM / YYYY</w:t>
            </w:r>
          </w:p>
        </w:tc>
        <w:tc>
          <w:tcPr>
            <w:tcW w:w="1800"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323AC58C" w14:textId="77777777" w:rsidR="0087278B" w:rsidRDefault="00000000">
            <w:r>
              <w:rPr>
                <w:b/>
                <w:color w:val="232323"/>
                <w:sz w:val="17"/>
              </w:rPr>
              <w:t>Person / department</w:t>
            </w:r>
          </w:p>
        </w:tc>
        <w:tc>
          <w:tcPr>
            <w:tcW w:w="3168"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13B9487B" w14:textId="77777777" w:rsidR="0087278B" w:rsidRDefault="00000000">
            <w:r>
              <w:rPr>
                <w:color w:val="5F5F5F"/>
                <w:sz w:val="17"/>
              </w:rPr>
              <w:t>Name or service area</w:t>
            </w:r>
          </w:p>
        </w:tc>
      </w:tr>
      <w:tr w:rsidR="0087278B" w14:paraId="33F1AA7D" w14:textId="77777777">
        <w:trPr>
          <w:cantSplit/>
          <w:trHeight w:val="390"/>
          <w:jc w:val="center"/>
        </w:trPr>
        <w:tc>
          <w:tcPr>
            <w:tcW w:w="1800"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12C23C10" w14:textId="77777777" w:rsidR="0087278B" w:rsidRDefault="00000000">
            <w:r>
              <w:rPr>
                <w:b/>
                <w:color w:val="232323"/>
                <w:sz w:val="17"/>
              </w:rPr>
              <w:t>Location / platform</w:t>
            </w:r>
          </w:p>
        </w:tc>
        <w:tc>
          <w:tcPr>
            <w:tcW w:w="3168"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4086E105" w14:textId="77777777" w:rsidR="0087278B" w:rsidRDefault="00000000">
            <w:r>
              <w:rPr>
                <w:color w:val="5F5F5F"/>
                <w:sz w:val="17"/>
              </w:rPr>
              <w:t>Campus, class, email, VLE, etc.</w:t>
            </w:r>
          </w:p>
        </w:tc>
        <w:tc>
          <w:tcPr>
            <w:tcW w:w="1800"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117340EE" w14:textId="77777777" w:rsidR="0087278B" w:rsidRDefault="00000000">
            <w:r>
              <w:rPr>
                <w:b/>
                <w:color w:val="232323"/>
                <w:sz w:val="17"/>
              </w:rPr>
              <w:t>Previously raised?</w:t>
            </w:r>
          </w:p>
        </w:tc>
        <w:tc>
          <w:tcPr>
            <w:tcW w:w="3168"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0D8EA236" w14:textId="77777777" w:rsidR="0087278B" w:rsidRDefault="00000000">
            <w:r>
              <w:rPr>
                <w:color w:val="5F5F5F"/>
                <w:sz w:val="17"/>
              </w:rPr>
              <w:t>☐ No   ☐ Yes</w:t>
            </w:r>
          </w:p>
        </w:tc>
      </w:tr>
    </w:tbl>
    <w:p w14:paraId="59265214" w14:textId="77777777" w:rsidR="0087278B" w:rsidRDefault="0087278B">
      <w:pPr>
        <w:spacing w:after="20"/>
      </w:pPr>
    </w:p>
    <w:tbl>
      <w:tblPr>
        <w:tblW w:w="0" w:type="auto"/>
        <w:jc w:val="center"/>
        <w:tblLayout w:type="fixed"/>
        <w:tblLook w:val="04A0" w:firstRow="1" w:lastRow="0" w:firstColumn="1" w:lastColumn="0" w:noHBand="0" w:noVBand="1"/>
      </w:tblPr>
      <w:tblGrid>
        <w:gridCol w:w="605"/>
        <w:gridCol w:w="9331"/>
      </w:tblGrid>
      <w:tr w:rsidR="0087278B" w14:paraId="0E4551DD" w14:textId="77777777">
        <w:trPr>
          <w:cantSplit/>
          <w:jc w:val="center"/>
        </w:trPr>
        <w:tc>
          <w:tcPr>
            <w:tcW w:w="605"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2E27ACD9" w14:textId="77777777" w:rsidR="0087278B" w:rsidRDefault="00000000">
            <w:pPr>
              <w:jc w:val="center"/>
            </w:pPr>
            <w:r>
              <w:rPr>
                <w:b/>
                <w:color w:val="FFFFFF"/>
                <w:sz w:val="20"/>
              </w:rPr>
              <w:t>4</w:t>
            </w:r>
          </w:p>
        </w:tc>
        <w:tc>
          <w:tcPr>
            <w:tcW w:w="9331"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431EC3AB" w14:textId="77777777" w:rsidR="0087278B" w:rsidRDefault="00000000">
            <w:r>
              <w:rPr>
                <w:b/>
                <w:color w:val="FFFFFF"/>
                <w:sz w:val="20"/>
              </w:rPr>
              <w:t>COMPLAINT DETAILS</w:t>
            </w:r>
          </w:p>
        </w:tc>
      </w:tr>
    </w:tbl>
    <w:p w14:paraId="14623D7D" w14:textId="77777777" w:rsidR="0087278B" w:rsidRDefault="0087278B">
      <w:pPr>
        <w:spacing w:after="20"/>
      </w:pPr>
    </w:p>
    <w:tbl>
      <w:tblPr>
        <w:tblW w:w="0" w:type="auto"/>
        <w:jc w:val="center"/>
        <w:tblLayout w:type="fixed"/>
        <w:tblLook w:val="04A0" w:firstRow="1" w:lastRow="0" w:firstColumn="1" w:lastColumn="0" w:noHBand="0" w:noVBand="1"/>
      </w:tblPr>
      <w:tblGrid>
        <w:gridCol w:w="9981"/>
      </w:tblGrid>
      <w:tr w:rsidR="0087278B" w14:paraId="2F1DC2D7" w14:textId="77777777" w:rsidTr="00E9067B">
        <w:trPr>
          <w:cantSplit/>
          <w:jc w:val="center"/>
        </w:trPr>
        <w:tc>
          <w:tcPr>
            <w:tcW w:w="9981" w:type="dxa"/>
            <w:tcBorders>
              <w:top w:val="single" w:sz="6" w:space="0" w:color="B9B9B9"/>
              <w:left w:val="single" w:sz="6" w:space="0" w:color="B9B9B9"/>
              <w:bottom w:val="single" w:sz="6" w:space="0" w:color="B9B9B9"/>
              <w:right w:val="single" w:sz="6" w:space="0" w:color="B9B9B9"/>
            </w:tcBorders>
            <w:shd w:val="clear" w:color="auto" w:fill="F6F2F2"/>
            <w:vAlign w:val="center"/>
          </w:tcPr>
          <w:p w14:paraId="17DDB2B7" w14:textId="77777777" w:rsidR="0087278B" w:rsidRDefault="00000000">
            <w:r>
              <w:rPr>
                <w:b/>
                <w:color w:val="232323"/>
                <w:sz w:val="17"/>
              </w:rPr>
              <w:t>Describe what happened, when and where it happened, who was involved, and how it affected you.</w:t>
            </w:r>
          </w:p>
        </w:tc>
      </w:tr>
      <w:tr w:rsidR="0087278B" w14:paraId="5CFBB39F" w14:textId="77777777" w:rsidTr="00E9067B">
        <w:trPr>
          <w:cantSplit/>
          <w:trHeight w:val="1200"/>
          <w:jc w:val="center"/>
        </w:trPr>
        <w:tc>
          <w:tcPr>
            <w:tcW w:w="9981" w:type="dxa"/>
            <w:tcBorders>
              <w:top w:val="single" w:sz="6" w:space="0" w:color="B9B9B9"/>
              <w:left w:val="single" w:sz="6" w:space="0" w:color="B9B9B9"/>
              <w:bottom w:val="single" w:sz="6" w:space="0" w:color="B9B9B9"/>
              <w:right w:val="single" w:sz="6" w:space="0" w:color="B9B9B9"/>
            </w:tcBorders>
            <w:vAlign w:val="center"/>
          </w:tcPr>
          <w:p w14:paraId="23C879F7" w14:textId="77777777" w:rsidR="0087278B" w:rsidRDefault="0087278B"/>
        </w:tc>
      </w:tr>
    </w:tbl>
    <w:p w14:paraId="3F26D21F" w14:textId="77777777" w:rsidR="0087278B" w:rsidRDefault="0087278B">
      <w:pPr>
        <w:spacing w:after="20"/>
      </w:pPr>
    </w:p>
    <w:tbl>
      <w:tblPr>
        <w:tblW w:w="0" w:type="auto"/>
        <w:jc w:val="center"/>
        <w:tblLayout w:type="fixed"/>
        <w:tblLook w:val="04A0" w:firstRow="1" w:lastRow="0" w:firstColumn="1" w:lastColumn="0" w:noHBand="0" w:noVBand="1"/>
      </w:tblPr>
      <w:tblGrid>
        <w:gridCol w:w="9981"/>
      </w:tblGrid>
      <w:tr w:rsidR="0087278B" w14:paraId="77D304B5" w14:textId="77777777" w:rsidTr="00E9067B">
        <w:trPr>
          <w:cantSplit/>
          <w:jc w:val="center"/>
        </w:trPr>
        <w:tc>
          <w:tcPr>
            <w:tcW w:w="9981" w:type="dxa"/>
            <w:tcBorders>
              <w:top w:val="single" w:sz="6" w:space="0" w:color="B9B9B9"/>
              <w:left w:val="single" w:sz="6" w:space="0" w:color="B9B9B9"/>
              <w:bottom w:val="single" w:sz="6" w:space="0" w:color="B9B9B9"/>
              <w:right w:val="single" w:sz="6" w:space="0" w:color="B9B9B9"/>
            </w:tcBorders>
            <w:shd w:val="clear" w:color="auto" w:fill="F6F2F2"/>
            <w:vAlign w:val="center"/>
          </w:tcPr>
          <w:p w14:paraId="4F57D6AA" w14:textId="77777777" w:rsidR="0087278B" w:rsidRDefault="00000000">
            <w:r>
              <w:rPr>
                <w:b/>
                <w:color w:val="232323"/>
                <w:sz w:val="17"/>
              </w:rPr>
              <w:t>If you previously raised the matter, state with whom, when, and any response received.</w:t>
            </w:r>
          </w:p>
        </w:tc>
      </w:tr>
      <w:tr w:rsidR="0087278B" w14:paraId="45632DF5" w14:textId="77777777" w:rsidTr="00E9067B">
        <w:trPr>
          <w:cantSplit/>
          <w:trHeight w:val="650"/>
          <w:jc w:val="center"/>
        </w:trPr>
        <w:tc>
          <w:tcPr>
            <w:tcW w:w="9981" w:type="dxa"/>
            <w:tcBorders>
              <w:top w:val="single" w:sz="6" w:space="0" w:color="B9B9B9"/>
              <w:left w:val="single" w:sz="6" w:space="0" w:color="B9B9B9"/>
              <w:bottom w:val="single" w:sz="6" w:space="0" w:color="B9B9B9"/>
              <w:right w:val="single" w:sz="6" w:space="0" w:color="B9B9B9"/>
            </w:tcBorders>
            <w:vAlign w:val="center"/>
          </w:tcPr>
          <w:p w14:paraId="7568827F" w14:textId="77777777" w:rsidR="0087278B" w:rsidRDefault="0087278B"/>
        </w:tc>
      </w:tr>
    </w:tbl>
    <w:p w14:paraId="08E6F888" w14:textId="77777777" w:rsidR="0087278B" w:rsidRDefault="0087278B">
      <w:pPr>
        <w:spacing w:after="20"/>
      </w:pPr>
    </w:p>
    <w:p w14:paraId="1FD93BCC" w14:textId="77777777" w:rsidR="0087278B" w:rsidRDefault="00000000">
      <w:r>
        <w:br/>
      </w:r>
      <w:r>
        <w:br w:type="page"/>
      </w:r>
    </w:p>
    <w:tbl>
      <w:tblPr>
        <w:tblW w:w="0" w:type="auto"/>
        <w:jc w:val="center"/>
        <w:tblLayout w:type="fixed"/>
        <w:tblLook w:val="04A0" w:firstRow="1" w:lastRow="0" w:firstColumn="1" w:lastColumn="0" w:noHBand="0" w:noVBand="1"/>
      </w:tblPr>
      <w:tblGrid>
        <w:gridCol w:w="605"/>
        <w:gridCol w:w="9331"/>
      </w:tblGrid>
      <w:tr w:rsidR="0087278B" w14:paraId="4714045D" w14:textId="77777777">
        <w:trPr>
          <w:cantSplit/>
          <w:jc w:val="center"/>
        </w:trPr>
        <w:tc>
          <w:tcPr>
            <w:tcW w:w="605"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6BD7B209" w14:textId="77777777" w:rsidR="0087278B" w:rsidRDefault="00000000">
            <w:pPr>
              <w:jc w:val="center"/>
            </w:pPr>
            <w:r>
              <w:rPr>
                <w:b/>
                <w:color w:val="FFFFFF"/>
                <w:sz w:val="20"/>
              </w:rPr>
              <w:lastRenderedPageBreak/>
              <w:t>5</w:t>
            </w:r>
          </w:p>
        </w:tc>
        <w:tc>
          <w:tcPr>
            <w:tcW w:w="9331"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4CD5F490" w14:textId="77777777" w:rsidR="0087278B" w:rsidRDefault="00000000">
            <w:r>
              <w:rPr>
                <w:b/>
                <w:color w:val="FFFFFF"/>
                <w:sz w:val="20"/>
              </w:rPr>
              <w:t>ACTION ALREADY TAKEN</w:t>
            </w:r>
          </w:p>
        </w:tc>
      </w:tr>
    </w:tbl>
    <w:p w14:paraId="65F84BA2" w14:textId="77777777" w:rsidR="0087278B" w:rsidRDefault="0087278B">
      <w:pPr>
        <w:spacing w:after="20"/>
      </w:pPr>
    </w:p>
    <w:tbl>
      <w:tblPr>
        <w:tblW w:w="0" w:type="auto"/>
        <w:jc w:val="center"/>
        <w:tblLayout w:type="fixed"/>
        <w:tblLook w:val="04A0" w:firstRow="1" w:lastRow="0" w:firstColumn="1" w:lastColumn="0" w:noHBand="0" w:noVBand="1"/>
      </w:tblPr>
      <w:tblGrid>
        <w:gridCol w:w="9910"/>
      </w:tblGrid>
      <w:tr w:rsidR="0087278B" w14:paraId="530B690D" w14:textId="77777777" w:rsidTr="00E9067B">
        <w:trPr>
          <w:cantSplit/>
          <w:jc w:val="center"/>
        </w:trPr>
        <w:tc>
          <w:tcPr>
            <w:tcW w:w="9910" w:type="dxa"/>
            <w:tcBorders>
              <w:top w:val="single" w:sz="6" w:space="0" w:color="B9B9B9"/>
              <w:left w:val="single" w:sz="6" w:space="0" w:color="B9B9B9"/>
              <w:bottom w:val="single" w:sz="6" w:space="0" w:color="B9B9B9"/>
              <w:right w:val="single" w:sz="6" w:space="0" w:color="B9B9B9"/>
            </w:tcBorders>
            <w:shd w:val="clear" w:color="auto" w:fill="F6F2F2"/>
            <w:vAlign w:val="center"/>
          </w:tcPr>
          <w:p w14:paraId="017A7C9E" w14:textId="77777777" w:rsidR="0087278B" w:rsidRDefault="00000000">
            <w:r>
              <w:rPr>
                <w:b/>
                <w:color w:val="232323"/>
                <w:sz w:val="17"/>
              </w:rPr>
              <w:t>Briefly describe any steps already taken to resolve the issue (for example, emails, meetings, explanations or corrections).</w:t>
            </w:r>
          </w:p>
        </w:tc>
      </w:tr>
      <w:tr w:rsidR="0087278B" w14:paraId="1C475BCB" w14:textId="77777777" w:rsidTr="00E9067B">
        <w:trPr>
          <w:cantSplit/>
          <w:trHeight w:val="850"/>
          <w:jc w:val="center"/>
        </w:trPr>
        <w:tc>
          <w:tcPr>
            <w:tcW w:w="9910" w:type="dxa"/>
            <w:tcBorders>
              <w:top w:val="single" w:sz="6" w:space="0" w:color="B9B9B9"/>
              <w:left w:val="single" w:sz="6" w:space="0" w:color="B9B9B9"/>
              <w:bottom w:val="single" w:sz="6" w:space="0" w:color="B9B9B9"/>
              <w:right w:val="single" w:sz="6" w:space="0" w:color="B9B9B9"/>
            </w:tcBorders>
            <w:vAlign w:val="center"/>
          </w:tcPr>
          <w:p w14:paraId="77CA05A4" w14:textId="77777777" w:rsidR="0087278B" w:rsidRDefault="0087278B"/>
        </w:tc>
      </w:tr>
    </w:tbl>
    <w:p w14:paraId="78992DEB" w14:textId="77777777" w:rsidR="0087278B" w:rsidRDefault="0087278B">
      <w:pPr>
        <w:spacing w:after="20"/>
      </w:pPr>
    </w:p>
    <w:tbl>
      <w:tblPr>
        <w:tblW w:w="0" w:type="auto"/>
        <w:jc w:val="center"/>
        <w:tblLayout w:type="fixed"/>
        <w:tblLook w:val="04A0" w:firstRow="1" w:lastRow="0" w:firstColumn="1" w:lastColumn="0" w:noHBand="0" w:noVBand="1"/>
      </w:tblPr>
      <w:tblGrid>
        <w:gridCol w:w="605"/>
        <w:gridCol w:w="9331"/>
      </w:tblGrid>
      <w:tr w:rsidR="0087278B" w14:paraId="151729A6" w14:textId="77777777">
        <w:trPr>
          <w:cantSplit/>
          <w:jc w:val="center"/>
        </w:trPr>
        <w:tc>
          <w:tcPr>
            <w:tcW w:w="605"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278392E6" w14:textId="77777777" w:rsidR="0087278B" w:rsidRDefault="00000000">
            <w:pPr>
              <w:jc w:val="center"/>
            </w:pPr>
            <w:r>
              <w:rPr>
                <w:b/>
                <w:color w:val="FFFFFF"/>
                <w:sz w:val="20"/>
              </w:rPr>
              <w:t>6</w:t>
            </w:r>
          </w:p>
        </w:tc>
        <w:tc>
          <w:tcPr>
            <w:tcW w:w="9331"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7DA74536" w14:textId="77777777" w:rsidR="0087278B" w:rsidRDefault="00000000">
            <w:r>
              <w:rPr>
                <w:b/>
                <w:color w:val="FFFFFF"/>
                <w:sz w:val="20"/>
              </w:rPr>
              <w:t>OUTCOME SOUGHT</w:t>
            </w:r>
          </w:p>
        </w:tc>
      </w:tr>
    </w:tbl>
    <w:p w14:paraId="34A570B0" w14:textId="77777777" w:rsidR="0087278B" w:rsidRDefault="0087278B">
      <w:pPr>
        <w:spacing w:after="20"/>
      </w:pPr>
    </w:p>
    <w:tbl>
      <w:tblPr>
        <w:tblW w:w="0" w:type="auto"/>
        <w:jc w:val="center"/>
        <w:tblLayout w:type="fixed"/>
        <w:tblLook w:val="04A0" w:firstRow="1" w:lastRow="0" w:firstColumn="1" w:lastColumn="0" w:noHBand="0" w:noVBand="1"/>
      </w:tblPr>
      <w:tblGrid>
        <w:gridCol w:w="9923"/>
      </w:tblGrid>
      <w:tr w:rsidR="0087278B" w14:paraId="556F5DB6" w14:textId="77777777" w:rsidTr="00E9067B">
        <w:trPr>
          <w:cantSplit/>
          <w:jc w:val="center"/>
        </w:trPr>
        <w:tc>
          <w:tcPr>
            <w:tcW w:w="9923" w:type="dxa"/>
            <w:tcBorders>
              <w:top w:val="single" w:sz="6" w:space="0" w:color="B9B9B9"/>
              <w:left w:val="single" w:sz="6" w:space="0" w:color="B9B9B9"/>
              <w:bottom w:val="single" w:sz="6" w:space="0" w:color="B9B9B9"/>
              <w:right w:val="single" w:sz="6" w:space="0" w:color="B9B9B9"/>
            </w:tcBorders>
            <w:shd w:val="clear" w:color="auto" w:fill="F6F2F2"/>
            <w:vAlign w:val="center"/>
          </w:tcPr>
          <w:p w14:paraId="49E0F04C" w14:textId="77777777" w:rsidR="0087278B" w:rsidRDefault="00000000">
            <w:r>
              <w:rPr>
                <w:b/>
                <w:color w:val="232323"/>
                <w:sz w:val="17"/>
              </w:rPr>
              <w:t>What outcome or remedy would you like? For example: explanation, correction, apology, support, reconsideration, mediation or another appropriate action.</w:t>
            </w:r>
          </w:p>
        </w:tc>
      </w:tr>
      <w:tr w:rsidR="0087278B" w14:paraId="20298621" w14:textId="77777777" w:rsidTr="00E9067B">
        <w:trPr>
          <w:cantSplit/>
          <w:trHeight w:val="850"/>
          <w:jc w:val="center"/>
        </w:trPr>
        <w:tc>
          <w:tcPr>
            <w:tcW w:w="9923" w:type="dxa"/>
            <w:tcBorders>
              <w:top w:val="single" w:sz="6" w:space="0" w:color="B9B9B9"/>
              <w:left w:val="single" w:sz="6" w:space="0" w:color="B9B9B9"/>
              <w:bottom w:val="single" w:sz="6" w:space="0" w:color="B9B9B9"/>
              <w:right w:val="single" w:sz="6" w:space="0" w:color="B9B9B9"/>
            </w:tcBorders>
            <w:vAlign w:val="center"/>
          </w:tcPr>
          <w:p w14:paraId="2C6B019C" w14:textId="77777777" w:rsidR="0087278B" w:rsidRDefault="0087278B"/>
        </w:tc>
      </w:tr>
    </w:tbl>
    <w:p w14:paraId="740B6C43" w14:textId="77777777" w:rsidR="0087278B" w:rsidRDefault="0087278B">
      <w:pPr>
        <w:spacing w:after="20"/>
      </w:pPr>
    </w:p>
    <w:tbl>
      <w:tblPr>
        <w:tblW w:w="0" w:type="auto"/>
        <w:jc w:val="center"/>
        <w:tblLayout w:type="fixed"/>
        <w:tblLook w:val="04A0" w:firstRow="1" w:lastRow="0" w:firstColumn="1" w:lastColumn="0" w:noHBand="0" w:noVBand="1"/>
      </w:tblPr>
      <w:tblGrid>
        <w:gridCol w:w="605"/>
        <w:gridCol w:w="9331"/>
      </w:tblGrid>
      <w:tr w:rsidR="0087278B" w14:paraId="165E67FD" w14:textId="77777777">
        <w:trPr>
          <w:cantSplit/>
          <w:jc w:val="center"/>
        </w:trPr>
        <w:tc>
          <w:tcPr>
            <w:tcW w:w="605"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75454318" w14:textId="77777777" w:rsidR="0087278B" w:rsidRDefault="00000000">
            <w:pPr>
              <w:jc w:val="center"/>
            </w:pPr>
            <w:r>
              <w:rPr>
                <w:b/>
                <w:color w:val="FFFFFF"/>
                <w:sz w:val="20"/>
              </w:rPr>
              <w:t>7</w:t>
            </w:r>
          </w:p>
        </w:tc>
        <w:tc>
          <w:tcPr>
            <w:tcW w:w="9331"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7D2BDA30" w14:textId="77777777" w:rsidR="0087278B" w:rsidRDefault="00000000">
            <w:r>
              <w:rPr>
                <w:b/>
                <w:color w:val="FFFFFF"/>
                <w:sz w:val="20"/>
              </w:rPr>
              <w:t>SUPPORTING EVIDENCE</w:t>
            </w:r>
          </w:p>
        </w:tc>
      </w:tr>
    </w:tbl>
    <w:p w14:paraId="3EC814D3" w14:textId="77777777" w:rsidR="0087278B" w:rsidRDefault="0087278B">
      <w:pPr>
        <w:spacing w:after="20"/>
      </w:pPr>
    </w:p>
    <w:tbl>
      <w:tblPr>
        <w:tblW w:w="0" w:type="auto"/>
        <w:jc w:val="center"/>
        <w:tblLayout w:type="fixed"/>
        <w:tblLook w:val="04A0" w:firstRow="1" w:lastRow="0" w:firstColumn="1" w:lastColumn="0" w:noHBand="0" w:noVBand="1"/>
      </w:tblPr>
      <w:tblGrid>
        <w:gridCol w:w="4968"/>
        <w:gridCol w:w="4968"/>
      </w:tblGrid>
      <w:tr w:rsidR="0087278B" w14:paraId="07B7BF32" w14:textId="77777777">
        <w:trPr>
          <w:cantSplit/>
          <w:jc w:val="center"/>
        </w:trPr>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1CD3BA2C" w14:textId="77777777" w:rsidR="0087278B" w:rsidRDefault="00000000">
            <w:r>
              <w:rPr>
                <w:color w:val="232323"/>
                <w:sz w:val="17"/>
              </w:rPr>
              <w:t>☐  Emails or correspondence</w:t>
            </w:r>
          </w:p>
        </w:tc>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0199E375" w14:textId="77777777" w:rsidR="0087278B" w:rsidRDefault="00000000">
            <w:r>
              <w:rPr>
                <w:color w:val="232323"/>
                <w:sz w:val="17"/>
              </w:rPr>
              <w:t>☐  Screenshots or records</w:t>
            </w:r>
          </w:p>
        </w:tc>
      </w:tr>
      <w:tr w:rsidR="0087278B" w14:paraId="64C91FB3" w14:textId="77777777">
        <w:trPr>
          <w:cantSplit/>
          <w:jc w:val="center"/>
        </w:trPr>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2F2EA3C7" w14:textId="77777777" w:rsidR="0087278B" w:rsidRDefault="00000000">
            <w:r>
              <w:rPr>
                <w:color w:val="232323"/>
                <w:sz w:val="17"/>
              </w:rPr>
              <w:t>☐  Assessment documents</w:t>
            </w:r>
          </w:p>
        </w:tc>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2B4DDAA1" w14:textId="77777777" w:rsidR="0087278B" w:rsidRDefault="00000000">
            <w:r>
              <w:rPr>
                <w:color w:val="232323"/>
                <w:sz w:val="17"/>
              </w:rPr>
              <w:t>☐  Medical, legal or other official documents</w:t>
            </w:r>
          </w:p>
        </w:tc>
      </w:tr>
      <w:tr w:rsidR="0087278B" w14:paraId="063C7F25" w14:textId="77777777">
        <w:trPr>
          <w:cantSplit/>
          <w:jc w:val="center"/>
        </w:trPr>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12D209FB" w14:textId="77777777" w:rsidR="0087278B" w:rsidRDefault="00000000">
            <w:r>
              <w:rPr>
                <w:color w:val="232323"/>
                <w:sz w:val="17"/>
              </w:rPr>
              <w:t>☐  Witness details / statements</w:t>
            </w:r>
          </w:p>
        </w:tc>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1ED5AC37" w14:textId="77777777" w:rsidR="0087278B" w:rsidRDefault="00000000">
            <w:r>
              <w:rPr>
                <w:color w:val="232323"/>
                <w:sz w:val="17"/>
              </w:rPr>
              <w:t>☐  No evidence attached</w:t>
            </w:r>
          </w:p>
        </w:tc>
      </w:tr>
      <w:tr w:rsidR="0087278B" w14:paraId="68A7B6BC" w14:textId="77777777">
        <w:trPr>
          <w:cantSplit/>
          <w:jc w:val="center"/>
        </w:trPr>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59E654A7" w14:textId="77777777" w:rsidR="0087278B" w:rsidRDefault="00000000">
            <w:r>
              <w:rPr>
                <w:color w:val="232323"/>
                <w:sz w:val="17"/>
              </w:rPr>
              <w:t>☐  Other: ________________________________</w:t>
            </w:r>
          </w:p>
        </w:tc>
        <w:tc>
          <w:tcPr>
            <w:tcW w:w="4968" w:type="dxa"/>
            <w:tcBorders>
              <w:top w:val="single" w:sz="4" w:space="0" w:color="D3D3D3"/>
              <w:left w:val="single" w:sz="4" w:space="0" w:color="D3D3D3"/>
              <w:bottom w:val="single" w:sz="4" w:space="0" w:color="D3D3D3"/>
              <w:right w:val="single" w:sz="4" w:space="0" w:color="D3D3D3"/>
            </w:tcBorders>
            <w:tcMar>
              <w:top w:w="55" w:type="dxa"/>
              <w:left w:w="90" w:type="dxa"/>
              <w:bottom w:w="55" w:type="dxa"/>
              <w:right w:w="90" w:type="dxa"/>
            </w:tcMar>
            <w:vAlign w:val="center"/>
          </w:tcPr>
          <w:p w14:paraId="744A7CEE" w14:textId="77777777" w:rsidR="0087278B" w:rsidRDefault="0087278B"/>
        </w:tc>
      </w:tr>
    </w:tbl>
    <w:p w14:paraId="051A494E" w14:textId="77777777" w:rsidR="0087278B" w:rsidRDefault="0087278B">
      <w:pPr>
        <w:spacing w:after="20"/>
      </w:pPr>
    </w:p>
    <w:tbl>
      <w:tblPr>
        <w:tblW w:w="0" w:type="auto"/>
        <w:jc w:val="center"/>
        <w:tblLayout w:type="fixed"/>
        <w:tblLook w:val="04A0" w:firstRow="1" w:lastRow="0" w:firstColumn="1" w:lastColumn="0" w:noHBand="0" w:noVBand="1"/>
      </w:tblPr>
      <w:tblGrid>
        <w:gridCol w:w="9923"/>
      </w:tblGrid>
      <w:tr w:rsidR="0087278B" w14:paraId="7192ED1F" w14:textId="77777777" w:rsidTr="00E9067B">
        <w:trPr>
          <w:cantSplit/>
          <w:jc w:val="center"/>
        </w:trPr>
        <w:tc>
          <w:tcPr>
            <w:tcW w:w="9923" w:type="dxa"/>
            <w:tcBorders>
              <w:top w:val="single" w:sz="6" w:space="0" w:color="B9B9B9"/>
              <w:left w:val="single" w:sz="6" w:space="0" w:color="B9B9B9"/>
              <w:bottom w:val="single" w:sz="6" w:space="0" w:color="B9B9B9"/>
              <w:right w:val="single" w:sz="6" w:space="0" w:color="B9B9B9"/>
            </w:tcBorders>
            <w:shd w:val="clear" w:color="auto" w:fill="F6F2F2"/>
            <w:vAlign w:val="center"/>
          </w:tcPr>
          <w:p w14:paraId="5C7AE43D" w14:textId="77777777" w:rsidR="0087278B" w:rsidRDefault="00000000">
            <w:r>
              <w:rPr>
                <w:b/>
                <w:color w:val="232323"/>
                <w:sz w:val="17"/>
              </w:rPr>
              <w:t>List the documents attached:</w:t>
            </w:r>
          </w:p>
        </w:tc>
      </w:tr>
      <w:tr w:rsidR="0087278B" w14:paraId="04B72B4C" w14:textId="77777777" w:rsidTr="00E9067B">
        <w:trPr>
          <w:cantSplit/>
          <w:trHeight w:val="500"/>
          <w:jc w:val="center"/>
        </w:trPr>
        <w:tc>
          <w:tcPr>
            <w:tcW w:w="9923" w:type="dxa"/>
            <w:tcBorders>
              <w:top w:val="single" w:sz="6" w:space="0" w:color="B9B9B9"/>
              <w:left w:val="single" w:sz="6" w:space="0" w:color="B9B9B9"/>
              <w:bottom w:val="single" w:sz="6" w:space="0" w:color="B9B9B9"/>
              <w:right w:val="single" w:sz="6" w:space="0" w:color="B9B9B9"/>
            </w:tcBorders>
            <w:vAlign w:val="center"/>
          </w:tcPr>
          <w:p w14:paraId="2C9FACDB" w14:textId="77777777" w:rsidR="0087278B" w:rsidRDefault="0087278B"/>
        </w:tc>
      </w:tr>
    </w:tbl>
    <w:p w14:paraId="0204BF01" w14:textId="77777777" w:rsidR="0087278B" w:rsidRDefault="0087278B">
      <w:pPr>
        <w:spacing w:after="20"/>
      </w:pPr>
    </w:p>
    <w:tbl>
      <w:tblPr>
        <w:tblW w:w="0" w:type="auto"/>
        <w:jc w:val="center"/>
        <w:tblLayout w:type="fixed"/>
        <w:tblLook w:val="04A0" w:firstRow="1" w:lastRow="0" w:firstColumn="1" w:lastColumn="0" w:noHBand="0" w:noVBand="1"/>
      </w:tblPr>
      <w:tblGrid>
        <w:gridCol w:w="605"/>
        <w:gridCol w:w="9331"/>
      </w:tblGrid>
      <w:tr w:rsidR="0087278B" w14:paraId="33215927" w14:textId="77777777">
        <w:trPr>
          <w:cantSplit/>
          <w:jc w:val="center"/>
        </w:trPr>
        <w:tc>
          <w:tcPr>
            <w:tcW w:w="605"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0B204C47" w14:textId="77777777" w:rsidR="0087278B" w:rsidRDefault="00000000">
            <w:pPr>
              <w:jc w:val="center"/>
            </w:pPr>
            <w:r>
              <w:rPr>
                <w:b/>
                <w:color w:val="FFFFFF"/>
                <w:sz w:val="20"/>
              </w:rPr>
              <w:t>8</w:t>
            </w:r>
          </w:p>
        </w:tc>
        <w:tc>
          <w:tcPr>
            <w:tcW w:w="9331"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711AFB23" w14:textId="77777777" w:rsidR="0087278B" w:rsidRDefault="00000000">
            <w:r>
              <w:rPr>
                <w:b/>
                <w:color w:val="FFFFFF"/>
                <w:sz w:val="20"/>
              </w:rPr>
              <w:t>DECLARATION</w:t>
            </w:r>
          </w:p>
        </w:tc>
      </w:tr>
    </w:tbl>
    <w:p w14:paraId="21660A02" w14:textId="77777777" w:rsidR="0087278B" w:rsidRDefault="0087278B">
      <w:pPr>
        <w:spacing w:after="20"/>
      </w:pPr>
    </w:p>
    <w:p w14:paraId="629AA439" w14:textId="77777777" w:rsidR="0087278B" w:rsidRDefault="00000000" w:rsidP="00E9067B">
      <w:pPr>
        <w:spacing w:after="60"/>
        <w:ind w:left="426" w:right="308"/>
      </w:pPr>
      <w:r>
        <w:rPr>
          <w:sz w:val="17"/>
        </w:rPr>
        <w:t>☐  I confirm that the information provided is true and accurate to the best of my knowledge. I understand that relevant information may be shared on a need-to-know basis to assess, investigate or resolve the complaint, implement an outcome, or meet a legal or regulatory duty.</w:t>
      </w:r>
    </w:p>
    <w:tbl>
      <w:tblPr>
        <w:tblW w:w="0" w:type="auto"/>
        <w:jc w:val="center"/>
        <w:tblLayout w:type="fixed"/>
        <w:tblLook w:val="04A0" w:firstRow="1" w:lastRow="0" w:firstColumn="1" w:lastColumn="0" w:noHBand="0" w:noVBand="1"/>
      </w:tblPr>
      <w:tblGrid>
        <w:gridCol w:w="1656"/>
        <w:gridCol w:w="3312"/>
        <w:gridCol w:w="1656"/>
        <w:gridCol w:w="3312"/>
      </w:tblGrid>
      <w:tr w:rsidR="0087278B" w14:paraId="4BC35D9E" w14:textId="77777777">
        <w:trPr>
          <w:cantSplit/>
          <w:trHeight w:val="390"/>
          <w:jc w:val="center"/>
        </w:trPr>
        <w:tc>
          <w:tcPr>
            <w:tcW w:w="1656"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619B1312" w14:textId="77777777" w:rsidR="0087278B" w:rsidRDefault="00000000">
            <w:r>
              <w:rPr>
                <w:b/>
                <w:color w:val="232323"/>
                <w:sz w:val="17"/>
              </w:rPr>
              <w:t>Student name</w:t>
            </w:r>
          </w:p>
        </w:tc>
        <w:tc>
          <w:tcPr>
            <w:tcW w:w="3312"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153776C1" w14:textId="77777777" w:rsidR="0087278B" w:rsidRDefault="00000000">
            <w:r>
              <w:rPr>
                <w:color w:val="5F5F5F"/>
                <w:sz w:val="17"/>
              </w:rPr>
              <w:t>Print full name</w:t>
            </w:r>
          </w:p>
        </w:tc>
        <w:tc>
          <w:tcPr>
            <w:tcW w:w="1656"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0BD37C18" w14:textId="77777777" w:rsidR="0087278B" w:rsidRDefault="00000000">
            <w:r>
              <w:rPr>
                <w:b/>
                <w:color w:val="232323"/>
                <w:sz w:val="17"/>
              </w:rPr>
              <w:t>Date</w:t>
            </w:r>
          </w:p>
        </w:tc>
        <w:tc>
          <w:tcPr>
            <w:tcW w:w="3312"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4B4C5E1D" w14:textId="77777777" w:rsidR="0087278B" w:rsidRDefault="00000000">
            <w:r>
              <w:rPr>
                <w:color w:val="5F5F5F"/>
                <w:sz w:val="17"/>
              </w:rPr>
              <w:t>DD / MM / YYYY</w:t>
            </w:r>
          </w:p>
        </w:tc>
      </w:tr>
      <w:tr w:rsidR="0087278B" w14:paraId="33519CD5" w14:textId="77777777">
        <w:trPr>
          <w:cantSplit/>
          <w:trHeight w:val="390"/>
          <w:jc w:val="center"/>
        </w:trPr>
        <w:tc>
          <w:tcPr>
            <w:tcW w:w="1656"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20EB637F" w14:textId="77777777" w:rsidR="0087278B" w:rsidRDefault="00000000">
            <w:r>
              <w:rPr>
                <w:b/>
                <w:color w:val="232323"/>
                <w:sz w:val="17"/>
              </w:rPr>
              <w:t>Signature</w:t>
            </w:r>
          </w:p>
        </w:tc>
        <w:tc>
          <w:tcPr>
            <w:tcW w:w="3312"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0154C499" w14:textId="77777777" w:rsidR="0087278B" w:rsidRDefault="00000000">
            <w:r>
              <w:rPr>
                <w:color w:val="5F5F5F"/>
                <w:sz w:val="17"/>
              </w:rPr>
              <w:t>Sign here</w:t>
            </w:r>
          </w:p>
        </w:tc>
        <w:tc>
          <w:tcPr>
            <w:tcW w:w="1656" w:type="dxa"/>
            <w:tcBorders>
              <w:top w:val="single" w:sz="6" w:space="0" w:color="B9B9B9"/>
              <w:left w:val="single" w:sz="6" w:space="0" w:color="B9B9B9"/>
              <w:bottom w:val="single" w:sz="6" w:space="0" w:color="B9B9B9"/>
              <w:right w:val="single" w:sz="6" w:space="0" w:color="B9B9B9"/>
            </w:tcBorders>
            <w:shd w:val="clear" w:color="auto" w:fill="F6F2F2"/>
            <w:tcMar>
              <w:top w:w="75" w:type="dxa"/>
              <w:left w:w="90" w:type="dxa"/>
              <w:bottom w:w="75" w:type="dxa"/>
              <w:right w:w="90" w:type="dxa"/>
            </w:tcMar>
            <w:vAlign w:val="center"/>
          </w:tcPr>
          <w:p w14:paraId="2C06E3AC" w14:textId="77777777" w:rsidR="0087278B" w:rsidRDefault="00000000">
            <w:r>
              <w:rPr>
                <w:b/>
                <w:color w:val="232323"/>
                <w:sz w:val="17"/>
              </w:rPr>
              <w:t>Representative</w:t>
            </w:r>
          </w:p>
        </w:tc>
        <w:tc>
          <w:tcPr>
            <w:tcW w:w="3312" w:type="dxa"/>
            <w:tcBorders>
              <w:top w:val="single" w:sz="6" w:space="0" w:color="B9B9B9"/>
              <w:left w:val="single" w:sz="6" w:space="0" w:color="B9B9B9"/>
              <w:bottom w:val="single" w:sz="6" w:space="0" w:color="B9B9B9"/>
              <w:right w:val="single" w:sz="6" w:space="0" w:color="B9B9B9"/>
            </w:tcBorders>
            <w:tcMar>
              <w:top w:w="75" w:type="dxa"/>
              <w:left w:w="90" w:type="dxa"/>
              <w:bottom w:w="75" w:type="dxa"/>
              <w:right w:w="90" w:type="dxa"/>
            </w:tcMar>
            <w:vAlign w:val="center"/>
          </w:tcPr>
          <w:p w14:paraId="1F58F8E8" w14:textId="77777777" w:rsidR="0087278B" w:rsidRDefault="00000000">
            <w:r>
              <w:rPr>
                <w:color w:val="5F5F5F"/>
                <w:sz w:val="17"/>
              </w:rPr>
              <w:t>Signature if applicable</w:t>
            </w:r>
          </w:p>
        </w:tc>
      </w:tr>
    </w:tbl>
    <w:p w14:paraId="5CFA7094" w14:textId="77777777" w:rsidR="0087278B" w:rsidRDefault="0087278B">
      <w:pPr>
        <w:spacing w:after="20"/>
      </w:pPr>
    </w:p>
    <w:tbl>
      <w:tblPr>
        <w:tblW w:w="0" w:type="auto"/>
        <w:jc w:val="center"/>
        <w:tblLayout w:type="fixed"/>
        <w:tblLook w:val="04A0" w:firstRow="1" w:lastRow="0" w:firstColumn="1" w:lastColumn="0" w:noHBand="0" w:noVBand="1"/>
      </w:tblPr>
      <w:tblGrid>
        <w:gridCol w:w="605"/>
        <w:gridCol w:w="9331"/>
      </w:tblGrid>
      <w:tr w:rsidR="0087278B" w14:paraId="64A31808" w14:textId="77777777">
        <w:trPr>
          <w:cantSplit/>
          <w:jc w:val="center"/>
        </w:trPr>
        <w:tc>
          <w:tcPr>
            <w:tcW w:w="605"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0EBDD41E" w14:textId="77777777" w:rsidR="0087278B" w:rsidRDefault="00000000">
            <w:pPr>
              <w:jc w:val="center"/>
            </w:pPr>
            <w:r>
              <w:rPr>
                <w:b/>
                <w:color w:val="FFFFFF"/>
                <w:sz w:val="20"/>
              </w:rPr>
              <w:t>9</w:t>
            </w:r>
          </w:p>
        </w:tc>
        <w:tc>
          <w:tcPr>
            <w:tcW w:w="9331" w:type="dxa"/>
            <w:tcBorders>
              <w:top w:val="single" w:sz="6" w:space="0" w:color="B11F2A"/>
              <w:left w:val="single" w:sz="6" w:space="0" w:color="B11F2A"/>
              <w:bottom w:val="single" w:sz="6" w:space="0" w:color="B11F2A"/>
              <w:right w:val="single" w:sz="6" w:space="0" w:color="B11F2A"/>
            </w:tcBorders>
            <w:shd w:val="clear" w:color="auto" w:fill="B11F2A"/>
            <w:tcMar>
              <w:top w:w="70" w:type="dxa"/>
              <w:left w:w="100" w:type="dxa"/>
              <w:bottom w:w="70" w:type="dxa"/>
              <w:right w:w="100" w:type="dxa"/>
            </w:tcMar>
            <w:vAlign w:val="center"/>
          </w:tcPr>
          <w:p w14:paraId="237F45BD" w14:textId="77777777" w:rsidR="0087278B" w:rsidRDefault="00000000">
            <w:r>
              <w:rPr>
                <w:b/>
                <w:color w:val="FFFFFF"/>
                <w:sz w:val="20"/>
              </w:rPr>
              <w:t>SUBMISSION GUIDANCE</w:t>
            </w:r>
          </w:p>
        </w:tc>
      </w:tr>
    </w:tbl>
    <w:p w14:paraId="5FDDE9D5" w14:textId="77777777" w:rsidR="0087278B" w:rsidRDefault="0087278B">
      <w:pPr>
        <w:spacing w:after="20"/>
      </w:pPr>
    </w:p>
    <w:p w14:paraId="5F60850A" w14:textId="77777777" w:rsidR="0087278B" w:rsidRDefault="00000000" w:rsidP="00E9067B">
      <w:pPr>
        <w:spacing w:after="60"/>
        <w:ind w:left="426" w:right="308"/>
        <w:jc w:val="both"/>
      </w:pPr>
      <w:r>
        <w:rPr>
          <w:sz w:val="16"/>
        </w:rPr>
        <w:t>Submit this form and supporting documents to the Admin Office or through the designated official online channel. Formal complaints should normally be submitted within 30 calendar days of the incident, the date you became aware of it, or the end of early resolution. A late complaint may be accepted where there is a reasonable explanation. Anonymous submissions may limit LCLS North’s ability to investigate fully or provide an individual outcome.</w:t>
      </w:r>
    </w:p>
    <w:tbl>
      <w:tblPr>
        <w:tblW w:w="0" w:type="auto"/>
        <w:jc w:val="center"/>
        <w:tblLayout w:type="fixed"/>
        <w:tblLook w:val="04A0" w:firstRow="1" w:lastRow="0" w:firstColumn="1" w:lastColumn="0" w:noHBand="0" w:noVBand="1"/>
      </w:tblPr>
      <w:tblGrid>
        <w:gridCol w:w="1656"/>
        <w:gridCol w:w="3312"/>
        <w:gridCol w:w="1656"/>
        <w:gridCol w:w="3312"/>
      </w:tblGrid>
      <w:tr w:rsidR="0087278B" w14:paraId="20B6BB19" w14:textId="77777777">
        <w:trPr>
          <w:cantSplit/>
          <w:jc w:val="center"/>
        </w:trPr>
        <w:tc>
          <w:tcPr>
            <w:tcW w:w="1656" w:type="dxa"/>
            <w:tcBorders>
              <w:top w:val="single" w:sz="6" w:space="0" w:color="B9B9B9"/>
              <w:left w:val="single" w:sz="6" w:space="0" w:color="B9B9B9"/>
              <w:bottom w:val="single" w:sz="6" w:space="0" w:color="B9B9B9"/>
              <w:right w:val="single" w:sz="6" w:space="0" w:color="B9B9B9"/>
            </w:tcBorders>
            <w:shd w:val="clear" w:color="auto" w:fill="F6F2F2"/>
            <w:tcMar>
              <w:top w:w="65" w:type="dxa"/>
              <w:left w:w="90" w:type="dxa"/>
              <w:bottom w:w="65" w:type="dxa"/>
              <w:right w:w="90" w:type="dxa"/>
            </w:tcMar>
            <w:vAlign w:val="center"/>
          </w:tcPr>
          <w:p w14:paraId="14DCC9B8" w14:textId="77777777" w:rsidR="0087278B" w:rsidRDefault="00000000">
            <w:r>
              <w:rPr>
                <w:b/>
                <w:color w:val="232323"/>
                <w:sz w:val="16"/>
              </w:rPr>
              <w:t>Reference no.</w:t>
            </w:r>
          </w:p>
        </w:tc>
        <w:tc>
          <w:tcPr>
            <w:tcW w:w="3312" w:type="dxa"/>
            <w:tcBorders>
              <w:top w:val="single" w:sz="6" w:space="0" w:color="B9B9B9"/>
              <w:left w:val="single" w:sz="6" w:space="0" w:color="B9B9B9"/>
              <w:bottom w:val="single" w:sz="6" w:space="0" w:color="B9B9B9"/>
              <w:right w:val="single" w:sz="6" w:space="0" w:color="B9B9B9"/>
            </w:tcBorders>
            <w:tcMar>
              <w:top w:w="65" w:type="dxa"/>
              <w:left w:w="90" w:type="dxa"/>
              <w:bottom w:w="65" w:type="dxa"/>
              <w:right w:w="90" w:type="dxa"/>
            </w:tcMar>
            <w:vAlign w:val="center"/>
          </w:tcPr>
          <w:p w14:paraId="75335FB2" w14:textId="77777777" w:rsidR="0087278B" w:rsidRDefault="0087278B"/>
        </w:tc>
        <w:tc>
          <w:tcPr>
            <w:tcW w:w="1656" w:type="dxa"/>
            <w:tcBorders>
              <w:top w:val="single" w:sz="6" w:space="0" w:color="B9B9B9"/>
              <w:left w:val="single" w:sz="6" w:space="0" w:color="B9B9B9"/>
              <w:bottom w:val="single" w:sz="6" w:space="0" w:color="B9B9B9"/>
              <w:right w:val="single" w:sz="6" w:space="0" w:color="B9B9B9"/>
            </w:tcBorders>
            <w:shd w:val="clear" w:color="auto" w:fill="F6F2F2"/>
            <w:tcMar>
              <w:top w:w="65" w:type="dxa"/>
              <w:left w:w="90" w:type="dxa"/>
              <w:bottom w:w="65" w:type="dxa"/>
              <w:right w:w="90" w:type="dxa"/>
            </w:tcMar>
            <w:vAlign w:val="center"/>
          </w:tcPr>
          <w:p w14:paraId="4EEB3749" w14:textId="77777777" w:rsidR="0087278B" w:rsidRDefault="00000000">
            <w:r>
              <w:rPr>
                <w:b/>
                <w:color w:val="232323"/>
                <w:sz w:val="16"/>
              </w:rPr>
              <w:t>Date received</w:t>
            </w:r>
          </w:p>
        </w:tc>
        <w:tc>
          <w:tcPr>
            <w:tcW w:w="3312" w:type="dxa"/>
            <w:tcBorders>
              <w:top w:val="single" w:sz="6" w:space="0" w:color="B9B9B9"/>
              <w:left w:val="single" w:sz="6" w:space="0" w:color="B9B9B9"/>
              <w:bottom w:val="single" w:sz="6" w:space="0" w:color="B9B9B9"/>
              <w:right w:val="single" w:sz="6" w:space="0" w:color="B9B9B9"/>
            </w:tcBorders>
            <w:tcMar>
              <w:top w:w="65" w:type="dxa"/>
              <w:left w:w="90" w:type="dxa"/>
              <w:bottom w:w="65" w:type="dxa"/>
              <w:right w:w="90" w:type="dxa"/>
            </w:tcMar>
            <w:vAlign w:val="center"/>
          </w:tcPr>
          <w:p w14:paraId="30B4BCAB" w14:textId="77777777" w:rsidR="0087278B" w:rsidRDefault="0087278B"/>
        </w:tc>
      </w:tr>
      <w:tr w:rsidR="0087278B" w14:paraId="613A0AAE" w14:textId="77777777">
        <w:trPr>
          <w:cantSplit/>
          <w:jc w:val="center"/>
        </w:trPr>
        <w:tc>
          <w:tcPr>
            <w:tcW w:w="1656" w:type="dxa"/>
            <w:tcBorders>
              <w:top w:val="single" w:sz="6" w:space="0" w:color="B9B9B9"/>
              <w:left w:val="single" w:sz="6" w:space="0" w:color="B9B9B9"/>
              <w:bottom w:val="single" w:sz="6" w:space="0" w:color="B9B9B9"/>
              <w:right w:val="single" w:sz="6" w:space="0" w:color="B9B9B9"/>
            </w:tcBorders>
            <w:shd w:val="clear" w:color="auto" w:fill="F6F2F2"/>
            <w:tcMar>
              <w:top w:w="65" w:type="dxa"/>
              <w:left w:w="90" w:type="dxa"/>
              <w:bottom w:w="65" w:type="dxa"/>
              <w:right w:w="90" w:type="dxa"/>
            </w:tcMar>
            <w:vAlign w:val="center"/>
          </w:tcPr>
          <w:p w14:paraId="1D3472CB" w14:textId="77777777" w:rsidR="0087278B" w:rsidRDefault="00000000">
            <w:r>
              <w:rPr>
                <w:b/>
                <w:color w:val="232323"/>
                <w:sz w:val="16"/>
              </w:rPr>
              <w:t>Assigned to</w:t>
            </w:r>
          </w:p>
        </w:tc>
        <w:tc>
          <w:tcPr>
            <w:tcW w:w="3312" w:type="dxa"/>
            <w:tcBorders>
              <w:top w:val="single" w:sz="6" w:space="0" w:color="B9B9B9"/>
              <w:left w:val="single" w:sz="6" w:space="0" w:color="B9B9B9"/>
              <w:bottom w:val="single" w:sz="6" w:space="0" w:color="B9B9B9"/>
              <w:right w:val="single" w:sz="6" w:space="0" w:color="B9B9B9"/>
            </w:tcBorders>
            <w:tcMar>
              <w:top w:w="65" w:type="dxa"/>
              <w:left w:w="90" w:type="dxa"/>
              <w:bottom w:w="65" w:type="dxa"/>
              <w:right w:w="90" w:type="dxa"/>
            </w:tcMar>
            <w:vAlign w:val="center"/>
          </w:tcPr>
          <w:p w14:paraId="00249EE1" w14:textId="77777777" w:rsidR="0087278B" w:rsidRDefault="0087278B"/>
        </w:tc>
        <w:tc>
          <w:tcPr>
            <w:tcW w:w="1656" w:type="dxa"/>
            <w:tcBorders>
              <w:top w:val="single" w:sz="6" w:space="0" w:color="B9B9B9"/>
              <w:left w:val="single" w:sz="6" w:space="0" w:color="B9B9B9"/>
              <w:bottom w:val="single" w:sz="6" w:space="0" w:color="B9B9B9"/>
              <w:right w:val="single" w:sz="6" w:space="0" w:color="B9B9B9"/>
            </w:tcBorders>
            <w:shd w:val="clear" w:color="auto" w:fill="F6F2F2"/>
            <w:tcMar>
              <w:top w:w="65" w:type="dxa"/>
              <w:left w:w="90" w:type="dxa"/>
              <w:bottom w:w="65" w:type="dxa"/>
              <w:right w:w="90" w:type="dxa"/>
            </w:tcMar>
            <w:vAlign w:val="center"/>
          </w:tcPr>
          <w:p w14:paraId="17EFDC02" w14:textId="77777777" w:rsidR="0087278B" w:rsidRDefault="00000000">
            <w:r>
              <w:rPr>
                <w:b/>
                <w:color w:val="232323"/>
                <w:sz w:val="16"/>
              </w:rPr>
              <w:t>Outcome</w:t>
            </w:r>
          </w:p>
        </w:tc>
        <w:tc>
          <w:tcPr>
            <w:tcW w:w="3312" w:type="dxa"/>
            <w:tcBorders>
              <w:top w:val="single" w:sz="6" w:space="0" w:color="B9B9B9"/>
              <w:left w:val="single" w:sz="6" w:space="0" w:color="B9B9B9"/>
              <w:bottom w:val="single" w:sz="6" w:space="0" w:color="B9B9B9"/>
              <w:right w:val="single" w:sz="6" w:space="0" w:color="B9B9B9"/>
            </w:tcBorders>
            <w:tcMar>
              <w:top w:w="65" w:type="dxa"/>
              <w:left w:w="90" w:type="dxa"/>
              <w:bottom w:w="65" w:type="dxa"/>
              <w:right w:w="90" w:type="dxa"/>
            </w:tcMar>
            <w:vAlign w:val="center"/>
          </w:tcPr>
          <w:p w14:paraId="67D7EA07" w14:textId="77777777" w:rsidR="0087278B" w:rsidRDefault="00000000">
            <w:r>
              <w:rPr>
                <w:color w:val="232323"/>
                <w:sz w:val="16"/>
              </w:rPr>
              <w:t>☐ Upheld   ☐ Partly upheld   ☐ Not upheld</w:t>
            </w:r>
          </w:p>
        </w:tc>
      </w:tr>
    </w:tbl>
    <w:p w14:paraId="0AB89619" w14:textId="77777777" w:rsidR="00BA685F" w:rsidRDefault="00BA685F"/>
    <w:sectPr w:rsidR="00BA685F" w:rsidSect="00034616">
      <w:footerReference w:type="default" r:id="rId9"/>
      <w:pgSz w:w="12240" w:h="15840"/>
      <w:pgMar w:top="605" w:right="792" w:bottom="648" w:left="792"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BF20DF" w14:textId="77777777" w:rsidR="00BA685F" w:rsidRDefault="00BA685F">
      <w:r>
        <w:separator/>
      </w:r>
    </w:p>
  </w:endnote>
  <w:endnote w:type="continuationSeparator" w:id="0">
    <w:p w14:paraId="00CC9977" w14:textId="77777777" w:rsidR="00BA685F" w:rsidRDefault="00BA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29F5D2" w14:textId="33B6C6AD" w:rsidR="0087278B" w:rsidRDefault="00000000">
    <w:pPr>
      <w:pStyle w:val="Footer"/>
      <w:jc w:val="center"/>
    </w:pPr>
    <w:r>
      <w:rPr>
        <w:color w:val="6E6E6E"/>
        <w:sz w:val="15"/>
      </w:rPr>
      <w:t xml:space="preserve">LCLS North — Student Complaints Form   |   Page </w:t>
    </w:r>
    <w:r>
      <w:rPr>
        <w:color w:val="6E6E6E"/>
        <w:sz w:val="15"/>
      </w:rPr>
      <w:fldChar w:fldCharType="begin"/>
    </w:r>
    <w:r>
      <w:rPr>
        <w:color w:val="6E6E6E"/>
        <w:sz w:val="15"/>
      </w:rPr>
      <w:instrText xml:space="preserve"> PAGE </w:instrText>
    </w:r>
    <w:r w:rsidR="00E9067B">
      <w:rPr>
        <w:color w:val="6E6E6E"/>
        <w:sz w:val="15"/>
      </w:rPr>
      <w:fldChar w:fldCharType="separate"/>
    </w:r>
    <w:r w:rsidR="00E9067B">
      <w:rPr>
        <w:noProof/>
        <w:color w:val="6E6E6E"/>
        <w:sz w:val="15"/>
      </w:rPr>
      <w:t>1</w:t>
    </w:r>
    <w:r>
      <w:rPr>
        <w:color w:val="6E6E6E"/>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2F8575" w14:textId="77777777" w:rsidR="00BA685F" w:rsidRDefault="00BA685F">
      <w:r>
        <w:separator/>
      </w:r>
    </w:p>
  </w:footnote>
  <w:footnote w:type="continuationSeparator" w:id="0">
    <w:p w14:paraId="51DEB2B6" w14:textId="77777777" w:rsidR="00BA685F" w:rsidRDefault="00BA68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59722814">
    <w:abstractNumId w:val="8"/>
  </w:num>
  <w:num w:numId="2" w16cid:durableId="476461210">
    <w:abstractNumId w:val="6"/>
  </w:num>
  <w:num w:numId="3" w16cid:durableId="1242451051">
    <w:abstractNumId w:val="5"/>
  </w:num>
  <w:num w:numId="4" w16cid:durableId="532115954">
    <w:abstractNumId w:val="4"/>
  </w:num>
  <w:num w:numId="5" w16cid:durableId="187760764">
    <w:abstractNumId w:val="7"/>
  </w:num>
  <w:num w:numId="6" w16cid:durableId="1136096422">
    <w:abstractNumId w:val="3"/>
  </w:num>
  <w:num w:numId="7" w16cid:durableId="509684356">
    <w:abstractNumId w:val="2"/>
  </w:num>
  <w:num w:numId="8" w16cid:durableId="1424522684">
    <w:abstractNumId w:val="1"/>
  </w:num>
  <w:num w:numId="9" w16cid:durableId="20131379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7278B"/>
    <w:rsid w:val="00AA1D8D"/>
    <w:rsid w:val="00B47730"/>
    <w:rsid w:val="00BA685F"/>
    <w:rsid w:val="00CB0664"/>
    <w:rsid w:val="00DD7508"/>
    <w:rsid w:val="00E906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BB155B"/>
  <w14:defaultImageDpi w14:val="300"/>
  <w15:docId w15:val="{441D9D5C-ED52-4D4F-9BE6-C40D83326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hAnsi="Arial"/>
      <w:sz w:val="1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Enam Hassan</cp:lastModifiedBy>
  <cp:revision>2</cp:revision>
  <dcterms:created xsi:type="dcterms:W3CDTF">2013-12-23T23:15:00Z</dcterms:created>
  <dcterms:modified xsi:type="dcterms:W3CDTF">2026-08-07T13:01:00Z</dcterms:modified>
  <cp:category/>
</cp:coreProperties>
</file>